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90" w:rsidRPr="0006704E" w:rsidRDefault="00925CD0">
      <w:pPr>
        <w:pStyle w:val="Balk1"/>
      </w:pPr>
      <w:r w:rsidRPr="0006704E">
        <w:t xml:space="preserve">EĞİTİM FAKÜLTESİ </w:t>
      </w:r>
      <w:r w:rsidR="0006704E" w:rsidRPr="0006704E">
        <w:t xml:space="preserve">ORTAK ZORUNLU DERSLER </w:t>
      </w:r>
      <w:r w:rsidRPr="0006704E">
        <w:t>ÜÇ DERS SINAV TAKVİMİ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9"/>
        <w:gridCol w:w="1247"/>
        <w:gridCol w:w="1310"/>
        <w:gridCol w:w="1176"/>
        <w:gridCol w:w="3578"/>
      </w:tblGrid>
      <w:tr w:rsidR="00DD3990" w:rsidRPr="0006704E" w:rsidTr="0006704E">
        <w:tc>
          <w:tcPr>
            <w:tcW w:w="1726" w:type="dxa"/>
          </w:tcPr>
          <w:p w:rsidR="00DD3990" w:rsidRPr="0006704E" w:rsidRDefault="00925CD0">
            <w:proofErr w:type="spellStart"/>
            <w:r w:rsidRPr="0006704E">
              <w:t>Öğrenci</w:t>
            </w:r>
            <w:proofErr w:type="spellEnd"/>
          </w:p>
        </w:tc>
        <w:tc>
          <w:tcPr>
            <w:tcW w:w="1726" w:type="dxa"/>
          </w:tcPr>
          <w:p w:rsidR="00DD3990" w:rsidRPr="0006704E" w:rsidRDefault="002D1F11">
            <w:r w:rsidRPr="0006704E">
              <w:t>Ders</w:t>
            </w:r>
          </w:p>
        </w:tc>
        <w:tc>
          <w:tcPr>
            <w:tcW w:w="1726" w:type="dxa"/>
          </w:tcPr>
          <w:p w:rsidR="00DD3990" w:rsidRPr="0006704E" w:rsidRDefault="002D1F11">
            <w:r w:rsidRPr="0006704E">
              <w:t>Tarih</w:t>
            </w:r>
          </w:p>
        </w:tc>
        <w:tc>
          <w:tcPr>
            <w:tcW w:w="1725" w:type="dxa"/>
          </w:tcPr>
          <w:p w:rsidR="00DD3990" w:rsidRPr="0006704E" w:rsidRDefault="002D1F11">
            <w:r w:rsidRPr="0006704E">
              <w:t>Saat</w:t>
            </w:r>
          </w:p>
        </w:tc>
        <w:tc>
          <w:tcPr>
            <w:tcW w:w="1727" w:type="dxa"/>
          </w:tcPr>
          <w:p w:rsidR="00DD3990" w:rsidRPr="0006704E" w:rsidRDefault="002D1F11">
            <w:r w:rsidRPr="0006704E">
              <w:t>Yer</w:t>
            </w:r>
          </w:p>
        </w:tc>
      </w:tr>
      <w:tr w:rsidR="00DD3990" w:rsidRPr="0006704E" w:rsidTr="0006704E">
        <w:tc>
          <w:tcPr>
            <w:tcW w:w="1726" w:type="dxa"/>
          </w:tcPr>
          <w:p w:rsidR="00DD3990" w:rsidRPr="0006704E" w:rsidRDefault="0006704E">
            <w:r w:rsidRPr="0006704E">
              <w:t>RA****** NU**** İP******</w:t>
            </w:r>
          </w:p>
        </w:tc>
        <w:tc>
          <w:tcPr>
            <w:tcW w:w="1726" w:type="dxa"/>
          </w:tcPr>
          <w:p w:rsidR="00DD3990" w:rsidRPr="0006704E" w:rsidRDefault="0006704E">
            <w:r w:rsidRPr="0006704E">
              <w:t xml:space="preserve">Atatürk </w:t>
            </w:r>
            <w:proofErr w:type="spellStart"/>
            <w:r w:rsidRPr="0006704E">
              <w:t>İlkeleri</w:t>
            </w:r>
            <w:proofErr w:type="spellEnd"/>
            <w:r w:rsidRPr="0006704E">
              <w:t xml:space="preserve"> </w:t>
            </w:r>
            <w:proofErr w:type="spellStart"/>
            <w:r w:rsidRPr="0006704E">
              <w:t>ve</w:t>
            </w:r>
            <w:proofErr w:type="spellEnd"/>
            <w:r w:rsidRPr="0006704E">
              <w:t xml:space="preserve"> </w:t>
            </w:r>
            <w:proofErr w:type="spellStart"/>
            <w:r w:rsidRPr="0006704E">
              <w:t>İnkılap</w:t>
            </w:r>
            <w:proofErr w:type="spellEnd"/>
            <w:r w:rsidRPr="0006704E">
              <w:t xml:space="preserve"> </w:t>
            </w:r>
            <w:proofErr w:type="spellStart"/>
            <w:r w:rsidRPr="0006704E">
              <w:t>Tarihi</w:t>
            </w:r>
            <w:proofErr w:type="spellEnd"/>
            <w:r w:rsidRPr="0006704E">
              <w:t xml:space="preserve"> -1</w:t>
            </w:r>
          </w:p>
        </w:tc>
        <w:tc>
          <w:tcPr>
            <w:tcW w:w="1726" w:type="dxa"/>
          </w:tcPr>
          <w:p w:rsidR="00DD3990" w:rsidRPr="0006704E" w:rsidRDefault="0006704E">
            <w:r w:rsidRPr="0006704E">
              <w:t xml:space="preserve">17 </w:t>
            </w:r>
            <w:proofErr w:type="spellStart"/>
            <w:r w:rsidRPr="0006704E">
              <w:t>Temmuz</w:t>
            </w:r>
            <w:proofErr w:type="spellEnd"/>
            <w:r w:rsidRPr="0006704E">
              <w:t xml:space="preserve"> </w:t>
            </w:r>
            <w:proofErr w:type="spellStart"/>
            <w:r w:rsidRPr="0006704E">
              <w:t>Cuma</w:t>
            </w:r>
            <w:proofErr w:type="spellEnd"/>
          </w:p>
        </w:tc>
        <w:tc>
          <w:tcPr>
            <w:tcW w:w="1725" w:type="dxa"/>
          </w:tcPr>
          <w:p w:rsidR="00DD3990" w:rsidRPr="0006704E" w:rsidRDefault="0006704E">
            <w:r w:rsidRPr="0006704E">
              <w:t>10.00-16.00</w:t>
            </w:r>
            <w:bookmarkStart w:id="0" w:name="_GoBack"/>
            <w:bookmarkEnd w:id="0"/>
          </w:p>
        </w:tc>
        <w:tc>
          <w:tcPr>
            <w:tcW w:w="1727" w:type="dxa"/>
          </w:tcPr>
          <w:p w:rsidR="00DD3990" w:rsidRPr="0006704E" w:rsidRDefault="0006704E">
            <w:r w:rsidRPr="0006704E">
              <w:t xml:space="preserve">https://uzaktansinav.selcuk.edu.tr/ </w:t>
            </w:r>
          </w:p>
        </w:tc>
      </w:tr>
    </w:tbl>
    <w:p w:rsidR="002D1F11" w:rsidRDefault="002D1F11"/>
    <w:sectPr w:rsidR="002D1F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704E"/>
    <w:rsid w:val="0015074B"/>
    <w:rsid w:val="0029639D"/>
    <w:rsid w:val="002D1F11"/>
    <w:rsid w:val="00326F90"/>
    <w:rsid w:val="00925CD0"/>
    <w:rsid w:val="00AA1D8D"/>
    <w:rsid w:val="00B47730"/>
    <w:rsid w:val="00CB0664"/>
    <w:rsid w:val="00DD39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5942E"/>
  <w14:defaultImageDpi w14:val="300"/>
  <w15:docId w15:val="{FE727502-C7DB-4422-BBCF-9131A0A1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C6DEA8-9F66-41E8-83B9-01C9D710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2026-07-16T08:36:00Z</dcterms:created>
  <dcterms:modified xsi:type="dcterms:W3CDTF">2026-07-16T08:36:00Z</dcterms:modified>
  <cp:category/>
</cp:coreProperties>
</file>